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2: Symbols and Line - Designing My Story of Place</w:t>
      </w:r>
    </w:p>
    <w:p>
      <w:pPr>
        <w:spacing w:after="200"/>
        <w:jc w:val="center"/>
      </w:pPr>
      <w:r>
        <w:rPr>
          <w:b w:val="0"/>
          <w:i/>
          <w:sz w:val="20"/>
        </w:rPr>
        <w:t>5/6 Arts Education  -  Story of Place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Draw 2 of your symbols and write what each one means.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line technique you will use (for example, line weight or pattern).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Where is the focal point in your composition, and how will you make it stand out?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design my own symbols and plan my composition.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